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מילים, קריאה ודקדוק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מילות המפתח של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פי הטקסטים הנלמדים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יחיד-רבים וזמנים בהקשר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הר, בגדים לבנים ומטריות צבעוניות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בשנה הבאה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כיסופים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בגדים לבנים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בטקסטים ובשקופית הפתיחה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לפי התיאורים הן צבעוניות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אורית הוא שם הספר הקדוש, לא 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מנהיגים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כיסופים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(המקום שבו נערך טקס הסיגד)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(מנהיגים רוחניים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(ספר קודש שנושאים בטקס)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(געגוע חזק לדבר 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(קשר והתחייבות הדדית)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בני הקהילה מתכנסים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אל ראש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הקסים קוראים מתוך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מתפללים ומתחדשים בברית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חוזרים ועורכים סעודה חגיגית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על חג או געגוע אישי, משתמש בלפחות שתי מילות מפתח מהרשימה, מבנה ברור של פתיחה-גוף-סיום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ההר הוא המקום שבו הקהילה מתכנסת, קוראת מהאורית ומתחדשת בברית; התשובה צריכה להתבסס על הטקסטים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מהרשימה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בשנה הבאה בירושלים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מנהיגים רוחניים שקוראים מהאורית ומנהלים את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התמונות (הר, בגדים לבנים, מטריות) לפני תחילת הדף כדי לחבר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הזכירו שהשיתוף הוא רשות בלבד, במיוחד בנושא געגועים ובית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מילים, קריאה ודקדוק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מה שלומדים בשיעור על חג הסיגד: מילים, עובדות וקריאה.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רואים בתמונת הפתיחה של השיעור על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הר, בגדים לבנים ומטריות צבעוניות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וסירות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יער ועצים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שלג והרים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אומרים בסיום החג לפי הברכה המסורתית?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בשנה הבאה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שמח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שנה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נקרא הספר הקדוש שנושאים בטקס?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תנ״ך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הם המנהיגים הרוחניים שמוזכרים בטקסטים?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הזקנים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מתארת תחושת געגוע חזק לבית?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כיסופים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סוג בגדים נוהגים ללבוש בחג הסיגד לפי התיאורים?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שחורים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לבנים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בגדים אדומים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 ירוקים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מצוין בראש 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המטריות המוזכרות בחג הן שחורות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סיגד קשורה למילה השתחוויה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אורית הוא שמה של ילדה בסיפור הגעגועים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הסיגד נהוג לעלות אל ראש ה-__________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הקסים הם ה-__________ הרוחניים של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הברכה המסורתית בסיום החג היא בשנה הבאה ב-__________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התחושה של געגוע חזק לבית נקראת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הספר הקדוש שנושאים בטקס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מנהיגים רוחניים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קשר והתחייבות הדדית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געגוע חזק לדבר 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כיסופים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המקום שבו נערך טקס הסיגד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 קודש שנושאים בטקס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אל ראש 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חוזרים ועורכים סעודה חגיגית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מתפללים ומתחדשים בברית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הקהילה מתכנסים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קוראים מתוך האורית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 בנושא 'החג שלי' או 'הגעגועים שלי', בהשראת הסיפורים שקראנו בשיעור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ההר הוא מקום חשוב בטקס הסיגד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חדשה שלמדתם על 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הברכה המסורתית בסיום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תפקידם של הקסים בטקס?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מילים, קריאה ודקדוק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