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מילים, קריאה ודקדוק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המפתח של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הטקסטים הנלמדים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יחיד-רבים וזמנים בהקשר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הר, בגדים לבנים ומטריות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בשנה הבאה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כיסופים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בגדים לבנים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בטקסטים ובשקופית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התיאורים הן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אורית הוא שם הספר הקדוש, לא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מנהיגים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כיסופים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(המקום שבו נערך טקס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(מנהיגים רוחניים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קודש שנושאים בטקס)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(געגוע חזק לדבר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(קשר והתחייבות הדדית)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מתכנסים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אל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קוראים מתוך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מתפללים ומתחדשים בברית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חוזרים ועורכים סעודה חגיגית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על חג או געגוע אישי, משתמש בלפחות שתי מילות מפתח מהרשימה, מבנה ברור של פתיחה-גוף-סיום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ההר הוא המקום שבו הקהילה מתכנסת, קוראת מהאורית ומתחדשת בברית; התשובה צריכה להתבסס על הטקסטים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מהרשימה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בשנה הבאה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רוחניים שקוראים מהאורית ומנהלים את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התמונות (הר, בגדים לבנים, מטריות) לפני תחילת הדף כדי לחבר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הזכירו שהשיתוף הוא רשות בלבד, במיוחד בנושא געגועים 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מילים, קריאה ודקדוק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ועובדות על חג הסיגד, בדיוק כמו בשיעור.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נערך טקס הסיגד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רוחניים בקהילה האתיופית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קודש שנושאים בטקס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כיסופים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חזק למשהו 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שעובר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וקשר הדדי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החג, קשור למילה השתחוויה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רואים בתמונה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הר, בגדים לבנים ומטריות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וסירות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יער ועצים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 והרים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אומרים בסוף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בשנה הבאה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שמח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הספר הקדוש?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המנהיגים בקהילה?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לגעגוע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כיסופים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בגדים לובשים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ירוקים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מצוין בראש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המטריות המוזכרות בחג הן שחורות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קשורה למילה השתחוויה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אורית הוא שמה של ילדה בסיפור הגעגועים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נהוג לעלות אל ראש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הקסים הם ה-__________ הרוחניים של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הברכה המסורתית בסיום החג היא בשנה הבאה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התחושה של געגוע חזק לבית נקראת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הספר הקדוש שנושאים בטקס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קודש שנושאים בטקס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געגוע חזק לדבר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קשר והתחייבות הדדית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מנהיגים רוחניים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שבו נערך טקס הסיגד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ומתחדשים בברית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ועורכים סעודה חגיגית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הקהילה מתכנסים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קוראים מתוך 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אל ראש ההר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בנושא 'החג שלי' או 'הגעגועים שלי', בהשראת הסיפורים שקראנו בשיעור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ההר הוא מקום חשוב בטקס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חדשה שלמדתם על 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הברכה המסורתית בסיום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תפקידם של הקסים בטקס?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מילים, קריאה ודקדוק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