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מילים, קריאה ודקדוק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המפתח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הטקסטים הנלמדים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יחיד-רבים וזמנים בהקשר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הר, בגדים לבנים ומטריות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בשנה הבאה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בטקסטים ובשקופית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מנהיגים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נערך טקס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(מנהיגים רוחניים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קודש שנושאים בטקס)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(געגוע חזק לדבר רחוק)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מתכנסים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אל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קוראים מתוך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ומתחדשים בברית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על חג או געגוע אישי, משתמש בלפחות שתי מילות מפתח מהרשימה, מבנה ברור של פתיחה-גוף-סיום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מהרשימה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בשנה הבאה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רוחניים שקוראים מהאורית ומנהלים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(הר, בגדים לבנים, מטריות) לפני תחילת הדף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הזכירו שהשיתוף הוא רשות בלבד, במיוחד בנושא געגועים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מילים, קריאה ודקדוק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שלומדים בשיעור על חג הסיגד: מילים, עובדות וקריאה.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מנהיגים  ·  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רואים בתמונת הפתיחה של השיעור על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הר, בגדים לבנים ומטריות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וסירות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יער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אומרים בסיום החג לפי הברכה המסורתית?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בשנה הבאה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שמח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הם המנהיגים הרוחניים שמוזכרים בטקסטים?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מצוין בראש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סיגד קשורה למילה 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הסיגד נהוג לעלות אל ראש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הקסים הם ה-__________ הרוחניים של הקהילה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קודש שנושאים בטקס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שבו נערך טקס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געגוע חזק לדבר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מנהיגים רוחניים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מתפללים ומתחדשים בברית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קוראים מתוך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הקהילה מתכנסים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אל ראש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בנושא 'החג שלי' או 'הגעגועים שלי', בהשראת הסיפורים שקראנו בשיעור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חדשה שלמדתם על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הברכה המסורתית בסיום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מילים, קריאה ודקדוק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